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8BA93" w14:textId="77777777" w:rsidR="00E1243D" w:rsidRDefault="00000000">
      <w:pPr>
        <w:pStyle w:val="Title"/>
      </w:pPr>
      <w:r>
        <w:t>INWELL Micro-Credential Course Design Template</w:t>
      </w:r>
    </w:p>
    <w:p w14:paraId="367A471C" w14:textId="77777777" w:rsidR="00E1243D" w:rsidRDefault="00000000">
      <w:pPr>
        <w:pStyle w:val="Heading2"/>
      </w:pPr>
      <w:r>
        <w:t>Course Title</w:t>
      </w:r>
    </w:p>
    <w:p w14:paraId="0C06CF5F" w14:textId="77777777" w:rsidR="00E1243D" w:rsidRDefault="00000000">
      <w:r>
        <w:t>[Insert Course Title Here]</w:t>
      </w:r>
    </w:p>
    <w:p w14:paraId="7C4E2CF3" w14:textId="77777777" w:rsidR="00E1243D" w:rsidRDefault="00000000">
      <w:pPr>
        <w:pStyle w:val="Heading2"/>
      </w:pPr>
      <w:r>
        <w:t>Course Overview</w:t>
      </w:r>
    </w:p>
    <w:p w14:paraId="5E1F6461" w14:textId="77777777" w:rsidR="00E1243D" w:rsidRDefault="00000000">
      <w:r>
        <w:t>Provide a brief overview of the course focus, aims, and its alignment with the INWELL framework.</w:t>
      </w:r>
    </w:p>
    <w:p w14:paraId="755AD20C" w14:textId="77777777" w:rsidR="00E1243D" w:rsidRDefault="00000000">
      <w:pPr>
        <w:pStyle w:val="Heading2"/>
      </w:pPr>
      <w:r>
        <w:t>Learning Outcomes</w:t>
      </w:r>
    </w:p>
    <w:p w14:paraId="38391D62" w14:textId="77777777" w:rsidR="00E1243D" w:rsidRDefault="00000000">
      <w:r>
        <w:t>List 3–5 outcomes describing what students will be able to do after completing the course.</w:t>
      </w:r>
    </w:p>
    <w:p w14:paraId="0228F838" w14:textId="77777777" w:rsidR="00E1243D" w:rsidRDefault="00000000">
      <w:pPr>
        <w:pStyle w:val="Heading2"/>
      </w:pPr>
      <w:r>
        <w:t>INWELL Pillar Integration</w:t>
      </w:r>
    </w:p>
    <w:p w14:paraId="78C737FC" w14:textId="77777777" w:rsidR="00E1243D" w:rsidRDefault="00000000">
      <w:r>
        <w:t>• Inclusion: [Describe how inclusion is embedded in content and activities.]</w:t>
      </w:r>
    </w:p>
    <w:p w14:paraId="0DBBAEDF" w14:textId="77777777" w:rsidR="00E1243D" w:rsidRDefault="00000000">
      <w:r>
        <w:t>• Well-being: [Describe strategies to support students’ emotional and psychological well-being.]</w:t>
      </w:r>
    </w:p>
    <w:p w14:paraId="74304FD7" w14:textId="77777777" w:rsidR="00E1243D" w:rsidRDefault="00000000">
      <w:r>
        <w:t>• Affect: [Explain how affective engagement enhances motivation and learning outcomes.]</w:t>
      </w:r>
    </w:p>
    <w:p w14:paraId="7C73D919" w14:textId="77777777" w:rsidR="00E1243D" w:rsidRDefault="00000000">
      <w:pPr>
        <w:pStyle w:val="Heading2"/>
      </w:pPr>
      <w:r>
        <w:t>Teaching and Learning Methods</w:t>
      </w:r>
    </w:p>
    <w:p w14:paraId="035C86CD" w14:textId="77777777" w:rsidR="00E1243D" w:rsidRDefault="00000000">
      <w:r>
        <w:t>Outline the instructional methods used (lectures, discussions, collaborative projects, etc.).</w:t>
      </w:r>
    </w:p>
    <w:p w14:paraId="0FAC1D8C" w14:textId="77777777" w:rsidR="00E1243D" w:rsidRDefault="00000000">
      <w:pPr>
        <w:pStyle w:val="Heading2"/>
      </w:pPr>
      <w:r>
        <w:t>Assessment Strategy</w:t>
      </w:r>
    </w:p>
    <w:p w14:paraId="58F64ABE" w14:textId="77777777" w:rsidR="00E1243D" w:rsidRDefault="00000000">
      <w:r>
        <w:t>Describe how learning outcomes will be assessed (e.g., reflective journal, portfolio, project).</w:t>
      </w:r>
    </w:p>
    <w:p w14:paraId="7B9E2E6A" w14:textId="77777777" w:rsidR="00E1243D" w:rsidRDefault="00000000">
      <w:r>
        <w:t>Include both formative and summative assessment methods.</w:t>
      </w:r>
    </w:p>
    <w:p w14:paraId="7E679F13" w14:textId="77777777" w:rsidR="00E1243D" w:rsidRDefault="00000000">
      <w:pPr>
        <w:pStyle w:val="Heading2"/>
      </w:pPr>
      <w:r>
        <w:t>Resources and Tools</w:t>
      </w:r>
    </w:p>
    <w:p w14:paraId="684EA4CB" w14:textId="77777777" w:rsidR="00E1243D" w:rsidRDefault="00000000">
      <w:r>
        <w:t>List materials, digital platforms, or other tools required for course delivery.</w:t>
      </w:r>
    </w:p>
    <w:p w14:paraId="2C14FA8E" w14:textId="77777777" w:rsidR="00E1243D" w:rsidRDefault="00000000">
      <w:pPr>
        <w:pStyle w:val="Heading2"/>
      </w:pPr>
      <w:r>
        <w:t>Instructor Reflection</w:t>
      </w:r>
    </w:p>
    <w:p w14:paraId="3BDCE843" w14:textId="77777777" w:rsidR="00E1243D" w:rsidRDefault="00000000">
      <w:r>
        <w:t>Include space for self-assessment on inclusion, well-being, and affective engagement in course delivery.</w:t>
      </w:r>
    </w:p>
    <w:sectPr w:rsidR="00E1243D" w:rsidSect="0053603B">
      <w:headerReference w:type="default" r:id="rId8"/>
      <w:footerReference w:type="default" r:id="rId9"/>
      <w:pgSz w:w="12240" w:h="15840"/>
      <w:pgMar w:top="2677" w:right="1800" w:bottom="1440" w:left="1800" w:header="720" w:footer="14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18C18" w14:textId="77777777" w:rsidR="00152A20" w:rsidRDefault="00152A20" w:rsidP="0053603B">
      <w:pPr>
        <w:spacing w:after="0" w:line="240" w:lineRule="auto"/>
      </w:pPr>
      <w:r>
        <w:separator/>
      </w:r>
    </w:p>
  </w:endnote>
  <w:endnote w:type="continuationSeparator" w:id="0">
    <w:p w14:paraId="40A3CC92" w14:textId="77777777" w:rsidR="00152A20" w:rsidRDefault="00152A20" w:rsidP="0053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2BE5E" w14:textId="77777777" w:rsidR="0053603B" w:rsidRDefault="0053603B" w:rsidP="0053603B">
    <w:pPr>
      <w:pStyle w:val="Footer"/>
    </w:pPr>
    <w:r w:rsidRPr="00C3076A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76DDF23" wp14:editId="2EC4DFD9">
              <wp:simplePos x="0" y="0"/>
              <wp:positionH relativeFrom="column">
                <wp:posOffset>-183333</wp:posOffset>
              </wp:positionH>
              <wp:positionV relativeFrom="paragraph">
                <wp:posOffset>142932</wp:posOffset>
              </wp:positionV>
              <wp:extent cx="6183517" cy="293856"/>
              <wp:effectExtent l="0" t="0" r="0" b="0"/>
              <wp:wrapNone/>
              <wp:docPr id="45" name="Group 44">
                <a:extLst xmlns:a="http://schemas.openxmlformats.org/drawingml/2006/main">
                  <a:ext uri="{FF2B5EF4-FFF2-40B4-BE49-F238E27FC236}">
                    <a16:creationId xmlns:a16="http://schemas.microsoft.com/office/drawing/2014/main" id="{F12CE73A-A73B-0FB7-3513-8FB6B6E0409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3517" cy="293856"/>
                        <a:chOff x="0" y="3425684"/>
                        <a:chExt cx="11240502" cy="878787"/>
                      </a:xfrm>
                    </wpg:grpSpPr>
                    <pic:pic xmlns:pic="http://schemas.openxmlformats.org/drawingml/2006/picture">
                      <pic:nvPicPr>
                        <pic:cNvPr id="791984547" name="Graphic 45">
                          <a:extLst>
                            <a:ext uri="{FF2B5EF4-FFF2-40B4-BE49-F238E27FC236}">
                              <a16:creationId xmlns:a16="http://schemas.microsoft.com/office/drawing/2014/main" id="{8D05C38B-0FC3-0FDF-C722-DB9560B4E91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29282"/>
                          <a:ext cx="2493034" cy="659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4873092" name="Picture 854873092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24E3FD51-088E-DC74-9AD6-C878142F19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3387" y="3664347"/>
                          <a:ext cx="1379625" cy="5969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0641807" name="Graphic 47">
                          <a:extLst>
                            <a:ext uri="{FF2B5EF4-FFF2-40B4-BE49-F238E27FC236}">
                              <a16:creationId xmlns:a16="http://schemas.microsoft.com/office/drawing/2014/main" id="{7A0080CD-43DA-1B7B-316E-5971DFA071D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1945" y="3649111"/>
                          <a:ext cx="2076596" cy="6239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99926" name="Picture 36599926" descr="A logo of a company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0F7D9630-A363-CEB6-E69B-05FEC8F771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119739" y="3425684"/>
                          <a:ext cx="3120763" cy="8787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4D062" id="Group 44" o:spid="_x0000_s1026" style="position:absolute;margin-left:-14.45pt;margin-top:11.25pt;width:486.9pt;height:23.15pt;z-index:251657728;mso-width-relative:margin;mso-height-relative:margin" coordorigin=",34256" coordsize="112405,878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5" o:spid="_x0000_s1027" type="#_x0000_t75" style="position:absolute;top:36292;width:24930;height:6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">
                <v:imagedata r:id="rId7" o:title=""/>
              </v:shape>
              <v:shape id="Picture 854873092" o:spid="_x0000_s1028" type="#_x0000_t75" alt="A black background with a black square&#10;&#10;Description automatically generated with medium confidence" style="position:absolute;left:32433;top:36643;width:13797;height: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">
                <v:imagedata r:id="rId8" o:title="A black background with a black square&#10;&#10;Description automatically generated with medium confidence"/>
              </v:shape>
              <v:shape id="Graphic 47" o:spid="_x0000_s1029" type="#_x0000_t75" style="position:absolute;left:54619;top:36491;width:20766;height:6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">
                <v:imagedata r:id="rId9" o:title=""/>
              </v:shape>
              <v:shape id="Picture 36599926" o:spid="_x0000_s1030" type="#_x0000_t75" alt="A logo of a company&#10;&#10;Description automatically generated with medium confidence" style="position:absolute;left:81197;top:34256;width:31208;height:8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">
                <v:imagedata r:id="rId10" o:title="A logo of a company&#10;&#10;Description automatically generated with medium confidence"/>
              </v:shape>
            </v:group>
          </w:pict>
        </mc:Fallback>
      </mc:AlternateContent>
    </w:r>
  </w:p>
  <w:p w14:paraId="3DCDE70E" w14:textId="1346C93C" w:rsidR="0053603B" w:rsidRDefault="0053603B">
    <w:pPr>
      <w:pStyle w:val="Footer"/>
    </w:pPr>
  </w:p>
  <w:p w14:paraId="306A4711" w14:textId="77777777" w:rsidR="0053603B" w:rsidRDefault="00536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24ECE" w14:textId="77777777" w:rsidR="00152A20" w:rsidRDefault="00152A20" w:rsidP="0053603B">
      <w:pPr>
        <w:spacing w:after="0" w:line="240" w:lineRule="auto"/>
      </w:pPr>
      <w:r>
        <w:separator/>
      </w:r>
    </w:p>
  </w:footnote>
  <w:footnote w:type="continuationSeparator" w:id="0">
    <w:p w14:paraId="4EFB9663" w14:textId="77777777" w:rsidR="00152A20" w:rsidRDefault="00152A20" w:rsidP="00536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D30C5" w14:textId="2A6E3EC7" w:rsidR="0053603B" w:rsidRDefault="0053603B">
    <w:pPr>
      <w:pStyle w:val="Header"/>
    </w:pPr>
    <w:r w:rsidRPr="00C3076A">
      <w:rPr>
        <w:noProof/>
      </w:rPr>
      <w:drawing>
        <wp:anchor distT="0" distB="0" distL="114300" distR="114300" simplePos="0" relativeHeight="251658752" behindDoc="0" locked="0" layoutInCell="1" allowOverlap="1" wp14:anchorId="626B0EC4" wp14:editId="095E1902">
          <wp:simplePos x="0" y="0"/>
          <wp:positionH relativeFrom="column">
            <wp:posOffset>1997710</wp:posOffset>
          </wp:positionH>
          <wp:positionV relativeFrom="paragraph">
            <wp:posOffset>0</wp:posOffset>
          </wp:positionV>
          <wp:extent cx="1998063" cy="1052415"/>
          <wp:effectExtent l="0" t="0" r="0" b="1905"/>
          <wp:wrapNone/>
          <wp:docPr id="1028" name="Picture 4" descr="Συμπλήρωση του ερωτηματολογίου: Ε-belong2: Sense of belonging In the context of new EU alliances ">
            <a:extLst xmlns:a="http://schemas.openxmlformats.org/drawingml/2006/main">
              <a:ext uri="{FF2B5EF4-FFF2-40B4-BE49-F238E27FC236}">
                <a16:creationId xmlns:a16="http://schemas.microsoft.com/office/drawing/2014/main" id="{A2F12B4D-6904-199E-8EBE-35E2D71AD6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Συμπλήρωση του ερωτηματολογίου: Ε-belong2: Sense of belonging In the context of new EU alliances ">
                    <a:extLst>
                      <a:ext uri="{FF2B5EF4-FFF2-40B4-BE49-F238E27FC236}">
                        <a16:creationId xmlns:a16="http://schemas.microsoft.com/office/drawing/2014/main" id="{A2F12B4D-6904-199E-8EBE-35E2D71AD6C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063" cy="1052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1F70162"/>
    <w:multiLevelType w:val="multilevel"/>
    <w:tmpl w:val="5C5C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071469">
    <w:abstractNumId w:val="8"/>
  </w:num>
  <w:num w:numId="2" w16cid:durableId="1609968771">
    <w:abstractNumId w:val="6"/>
  </w:num>
  <w:num w:numId="3" w16cid:durableId="1433745307">
    <w:abstractNumId w:val="5"/>
  </w:num>
  <w:num w:numId="4" w16cid:durableId="355695468">
    <w:abstractNumId w:val="4"/>
  </w:num>
  <w:num w:numId="5" w16cid:durableId="742143709">
    <w:abstractNumId w:val="7"/>
  </w:num>
  <w:num w:numId="6" w16cid:durableId="2088838223">
    <w:abstractNumId w:val="3"/>
  </w:num>
  <w:num w:numId="7" w16cid:durableId="529340581">
    <w:abstractNumId w:val="2"/>
  </w:num>
  <w:num w:numId="8" w16cid:durableId="2054577811">
    <w:abstractNumId w:val="1"/>
  </w:num>
  <w:num w:numId="9" w16cid:durableId="1167286380">
    <w:abstractNumId w:val="0"/>
  </w:num>
  <w:num w:numId="10" w16cid:durableId="3702277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2A20"/>
    <w:rsid w:val="0029639D"/>
    <w:rsid w:val="00326F90"/>
    <w:rsid w:val="0053603B"/>
    <w:rsid w:val="00693004"/>
    <w:rsid w:val="00AA1D8D"/>
    <w:rsid w:val="00B47730"/>
    <w:rsid w:val="00CB0664"/>
    <w:rsid w:val="00E1243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2A8BB4"/>
  <w14:defaultImageDpi w14:val="300"/>
  <w15:docId w15:val="{0409324A-3D86-2E46-AC9D-FAC34AC2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ASPASIA DANIA</cp:lastModifiedBy>
  <cp:revision>2</cp:revision>
  <dcterms:created xsi:type="dcterms:W3CDTF">2025-10-08T18:46:00Z</dcterms:created>
  <dcterms:modified xsi:type="dcterms:W3CDTF">2025-10-08T18:46:00Z</dcterms:modified>
  <cp:category/>
</cp:coreProperties>
</file>