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3D129" w14:textId="77777777" w:rsidR="00755B7C" w:rsidRDefault="00000000">
      <w:pPr>
        <w:pStyle w:val="Title"/>
      </w:pPr>
      <w:r>
        <w:t>INWELL Inclusive Learning Activity Template</w:t>
      </w:r>
    </w:p>
    <w:p w14:paraId="43ABCFDC" w14:textId="77777777" w:rsidR="00755B7C" w:rsidRDefault="00000000">
      <w:pPr>
        <w:pStyle w:val="Heading2"/>
      </w:pPr>
      <w:r>
        <w:t>Activity Title</w:t>
      </w:r>
    </w:p>
    <w:p w14:paraId="31520D14" w14:textId="77777777" w:rsidR="00755B7C" w:rsidRDefault="00000000">
      <w:r>
        <w:t>Mapping Belonging in the Classroom</w:t>
      </w:r>
    </w:p>
    <w:p w14:paraId="33CC9028" w14:textId="77777777" w:rsidR="00755B7C" w:rsidRDefault="00000000">
      <w:pPr>
        <w:pStyle w:val="Heading2"/>
      </w:pPr>
      <w:r>
        <w:t>Objective</w:t>
      </w:r>
    </w:p>
    <w:p w14:paraId="49C32AD8" w14:textId="77777777" w:rsidR="00755B7C" w:rsidRDefault="00000000">
      <w:r>
        <w:t>To enhance students’ sense of inclusion and belonging in multicultural learning environments.</w:t>
      </w:r>
    </w:p>
    <w:p w14:paraId="5F4F71EA" w14:textId="77777777" w:rsidR="00755B7C" w:rsidRDefault="00000000">
      <w:pPr>
        <w:pStyle w:val="Heading2"/>
      </w:pPr>
      <w:r>
        <w:t>Description</w:t>
      </w:r>
    </w:p>
    <w:p w14:paraId="05D208DC" w14:textId="77777777" w:rsidR="00755B7C" w:rsidRDefault="00000000">
      <w:r>
        <w:t>Students collaboratively create a 'Belonging Map' that identifies inclusive practices within their learning community. The activity fosters peer empathy, intercultural awareness, and emotional connection.</w:t>
      </w:r>
    </w:p>
    <w:p w14:paraId="65AA9425" w14:textId="77777777" w:rsidR="00755B7C" w:rsidRDefault="00000000">
      <w:pPr>
        <w:pStyle w:val="Heading2"/>
      </w:pPr>
      <w:r>
        <w:t>Learning Outcomes</w:t>
      </w:r>
    </w:p>
    <w:p w14:paraId="5C02406F" w14:textId="77777777" w:rsidR="00755B7C" w:rsidRDefault="00000000">
      <w:r>
        <w:t>• Identify and reflect on inclusive classroom practices.</w:t>
      </w:r>
    </w:p>
    <w:p w14:paraId="5D6EB8DD" w14:textId="77777777" w:rsidR="00755B7C" w:rsidRDefault="00000000">
      <w:r>
        <w:t>• Demonstrate understanding of diversity and empathy in academic contexts.</w:t>
      </w:r>
    </w:p>
    <w:p w14:paraId="7BB6EE9E" w14:textId="77777777" w:rsidR="00755B7C" w:rsidRDefault="00000000">
      <w:pPr>
        <w:pStyle w:val="Heading2"/>
      </w:pPr>
      <w:r>
        <w:t>Teaching Methods</w:t>
      </w:r>
    </w:p>
    <w:p w14:paraId="33ED18AA" w14:textId="77777777" w:rsidR="00755B7C" w:rsidRDefault="00000000">
      <w:r>
        <w:t>Group discussion, reflective journaling, and visual mapping.</w:t>
      </w:r>
    </w:p>
    <w:p w14:paraId="29D7EF93" w14:textId="77777777" w:rsidR="00755B7C" w:rsidRDefault="00000000">
      <w:pPr>
        <w:pStyle w:val="Heading2"/>
      </w:pPr>
      <w:r>
        <w:t>Assessment</w:t>
      </w:r>
    </w:p>
    <w:p w14:paraId="5C0EAE9F" w14:textId="77777777" w:rsidR="00755B7C" w:rsidRDefault="00000000">
      <w:r>
        <w:t>Reflective blog post (500 words) or equivalent reflection assignment.</w:t>
      </w:r>
    </w:p>
    <w:p w14:paraId="3A4DE9E5" w14:textId="77777777" w:rsidR="00755B7C" w:rsidRDefault="00000000">
      <w:pPr>
        <w:pStyle w:val="Heading2"/>
      </w:pPr>
      <w:r>
        <w:t>Facilitator Notes</w:t>
      </w:r>
    </w:p>
    <w:p w14:paraId="5A12D1C1" w14:textId="77777777" w:rsidR="00755B7C" w:rsidRDefault="00000000">
      <w:r>
        <w:t>Encourage students to express how inclusion is experienced differently across contexts.</w:t>
      </w:r>
    </w:p>
    <w:p w14:paraId="1F05B19B" w14:textId="77777777" w:rsidR="00755B7C" w:rsidRDefault="00000000">
      <w:r>
        <w:t>Use visual aids and collaborative whiteboards for mapping activities.</w:t>
      </w:r>
    </w:p>
    <w:sectPr w:rsidR="00755B7C" w:rsidSect="00F456A4">
      <w:headerReference w:type="default" r:id="rId8"/>
      <w:footerReference w:type="default" r:id="rId9"/>
      <w:pgSz w:w="12240" w:h="15840"/>
      <w:pgMar w:top="2407" w:right="1800" w:bottom="1440" w:left="1800" w:header="720" w:footer="121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8A1C5" w14:textId="77777777" w:rsidR="00C43F65" w:rsidRDefault="00C43F65" w:rsidP="00F456A4">
      <w:pPr>
        <w:spacing w:after="0" w:line="240" w:lineRule="auto"/>
      </w:pPr>
      <w:r>
        <w:separator/>
      </w:r>
    </w:p>
  </w:endnote>
  <w:endnote w:type="continuationSeparator" w:id="0">
    <w:p w14:paraId="77CE1D8A" w14:textId="77777777" w:rsidR="00C43F65" w:rsidRDefault="00C43F65" w:rsidP="00F45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99ED" w14:textId="77777777" w:rsidR="00F456A4" w:rsidRDefault="00F456A4" w:rsidP="00F456A4">
    <w:pPr>
      <w:pStyle w:val="Footer"/>
    </w:pPr>
    <w:r w:rsidRPr="00C3076A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13EE90B" wp14:editId="770657C5">
              <wp:simplePos x="0" y="0"/>
              <wp:positionH relativeFrom="column">
                <wp:posOffset>-183332</wp:posOffset>
              </wp:positionH>
              <wp:positionV relativeFrom="paragraph">
                <wp:posOffset>142932</wp:posOffset>
              </wp:positionV>
              <wp:extent cx="6102036" cy="293856"/>
              <wp:effectExtent l="0" t="0" r="0" b="0"/>
              <wp:wrapNone/>
              <wp:docPr id="45" name="Group 44">
                <a:extLst xmlns:a="http://schemas.openxmlformats.org/drawingml/2006/main">
                  <a:ext uri="{FF2B5EF4-FFF2-40B4-BE49-F238E27FC236}">
                    <a16:creationId xmlns:a16="http://schemas.microsoft.com/office/drawing/2014/main" id="{F12CE73A-A73B-0FB7-3513-8FB6B6E0409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036" cy="293856"/>
                        <a:chOff x="0" y="3425684"/>
                        <a:chExt cx="11240502" cy="878787"/>
                      </a:xfrm>
                    </wpg:grpSpPr>
                    <pic:pic xmlns:pic="http://schemas.openxmlformats.org/drawingml/2006/picture">
                      <pic:nvPicPr>
                        <pic:cNvPr id="791984547" name="Graphic 45">
                          <a:extLst>
                            <a:ext uri="{FF2B5EF4-FFF2-40B4-BE49-F238E27FC236}">
                              <a16:creationId xmlns:a16="http://schemas.microsoft.com/office/drawing/2014/main" id="{8D05C38B-0FC3-0FDF-C722-DB9560B4E91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629282"/>
                          <a:ext cx="2493034" cy="659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4873092" name="Picture 854873092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24E3FD51-088E-DC74-9AD6-C878142F19C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43387" y="3664347"/>
                          <a:ext cx="1379625" cy="5969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0641807" name="Graphic 47">
                          <a:extLst>
                            <a:ext uri="{FF2B5EF4-FFF2-40B4-BE49-F238E27FC236}">
                              <a16:creationId xmlns:a16="http://schemas.microsoft.com/office/drawing/2014/main" id="{7A0080CD-43DA-1B7B-316E-5971DFA071D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1945" y="3649111"/>
                          <a:ext cx="2076596" cy="62398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599926" name="Picture 36599926" descr="A logo of a company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0F7D9630-A363-CEB6-E69B-05FEC8F771A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119739" y="3425684"/>
                          <a:ext cx="3120763" cy="8787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266627" id="Group 44" o:spid="_x0000_s1026" style="position:absolute;margin-left:-14.45pt;margin-top:11.25pt;width:480.5pt;height:23.15pt;z-index:251658752;mso-width-relative:margin;mso-height-relative:margin" coordorigin=",34256" coordsize="112405,8787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5" o:spid="_x0000_s1027" type="#_x0000_t75" style="position:absolute;top:36292;width:24930;height:6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">
                <v:imagedata r:id="rId7" o:title=""/>
              </v:shape>
              <v:shape id="Picture 854873092" o:spid="_x0000_s1028" type="#_x0000_t75" alt="A black background with a black square&#10;&#10;Description automatically generated with medium confidence" style="position:absolute;left:32433;top:36643;width:13797;height:5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">
                <v:imagedata r:id="rId8" o:title="A black background with a black square&#10;&#10;Description automatically generated with medium confidence"/>
              </v:shape>
              <v:shape id="Graphic 47" o:spid="_x0000_s1029" type="#_x0000_t75" style="position:absolute;left:54619;top:36491;width:20766;height:6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">
                <v:imagedata r:id="rId9" o:title=""/>
              </v:shape>
              <v:shape id="Picture 36599926" o:spid="_x0000_s1030" type="#_x0000_t75" alt="A logo of a company&#10;&#10;Description automatically generated with medium confidence" style="position:absolute;left:81197;top:34256;width:31208;height:8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">
                <v:imagedata r:id="rId10" o:title="A logo of a company&#10;&#10;Description automatically generated with medium confidence"/>
              </v:shape>
            </v:group>
          </w:pict>
        </mc:Fallback>
      </mc:AlternateContent>
    </w:r>
  </w:p>
  <w:p w14:paraId="17BDDF00" w14:textId="3FA773BF" w:rsidR="00F456A4" w:rsidRDefault="00F456A4">
    <w:pPr>
      <w:pStyle w:val="Footer"/>
    </w:pPr>
  </w:p>
  <w:p w14:paraId="6E56A83B" w14:textId="77777777" w:rsidR="00F456A4" w:rsidRDefault="00F456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8C9EA" w14:textId="77777777" w:rsidR="00C43F65" w:rsidRDefault="00C43F65" w:rsidP="00F456A4">
      <w:pPr>
        <w:spacing w:after="0" w:line="240" w:lineRule="auto"/>
      </w:pPr>
      <w:r>
        <w:separator/>
      </w:r>
    </w:p>
  </w:footnote>
  <w:footnote w:type="continuationSeparator" w:id="0">
    <w:p w14:paraId="238488CE" w14:textId="77777777" w:rsidR="00C43F65" w:rsidRDefault="00C43F65" w:rsidP="00F45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BC6DF" w14:textId="7DBA5BCD" w:rsidR="00F456A4" w:rsidRDefault="00F456A4">
    <w:pPr>
      <w:pStyle w:val="Header"/>
    </w:pPr>
    <w:r w:rsidRPr="00C3076A">
      <w:rPr>
        <w:noProof/>
      </w:rPr>
      <w:drawing>
        <wp:anchor distT="0" distB="0" distL="114300" distR="114300" simplePos="0" relativeHeight="251657728" behindDoc="0" locked="0" layoutInCell="1" allowOverlap="1" wp14:anchorId="7160B2C4" wp14:editId="03483585">
          <wp:simplePos x="0" y="0"/>
          <wp:positionH relativeFrom="column">
            <wp:posOffset>1573040</wp:posOffset>
          </wp:positionH>
          <wp:positionV relativeFrom="paragraph">
            <wp:posOffset>-122222</wp:posOffset>
          </wp:positionV>
          <wp:extent cx="1997645" cy="860079"/>
          <wp:effectExtent l="0" t="0" r="0" b="3810"/>
          <wp:wrapNone/>
          <wp:docPr id="1028" name="Picture 4" descr="Συμπλήρωση του ερωτηματολογίου: Ε-belong2: Sense of belonging In the context of new EU alliances ">
            <a:extLst xmlns:a="http://schemas.openxmlformats.org/drawingml/2006/main">
              <a:ext uri="{FF2B5EF4-FFF2-40B4-BE49-F238E27FC236}">
                <a16:creationId xmlns:a16="http://schemas.microsoft.com/office/drawing/2014/main" id="{A2F12B4D-6904-199E-8EBE-35E2D71AD6C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Συμπλήρωση του ερωτηματολογίου: Ε-belong2: Sense of belonging In the context of new EU alliances ">
                    <a:extLst>
                      <a:ext uri="{FF2B5EF4-FFF2-40B4-BE49-F238E27FC236}">
                        <a16:creationId xmlns:a16="http://schemas.microsoft.com/office/drawing/2014/main" id="{A2F12B4D-6904-199E-8EBE-35E2D71AD6C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185" cy="862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CB1801" w14:textId="77777777" w:rsidR="00F456A4" w:rsidRDefault="00F456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1F70162"/>
    <w:multiLevelType w:val="multilevel"/>
    <w:tmpl w:val="5C5C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6569789">
    <w:abstractNumId w:val="8"/>
  </w:num>
  <w:num w:numId="2" w16cid:durableId="1508714794">
    <w:abstractNumId w:val="6"/>
  </w:num>
  <w:num w:numId="3" w16cid:durableId="149373104">
    <w:abstractNumId w:val="5"/>
  </w:num>
  <w:num w:numId="4" w16cid:durableId="1434545259">
    <w:abstractNumId w:val="4"/>
  </w:num>
  <w:num w:numId="5" w16cid:durableId="1406031025">
    <w:abstractNumId w:val="7"/>
  </w:num>
  <w:num w:numId="6" w16cid:durableId="1355888840">
    <w:abstractNumId w:val="3"/>
  </w:num>
  <w:num w:numId="7" w16cid:durableId="1803838847">
    <w:abstractNumId w:val="2"/>
  </w:num>
  <w:num w:numId="8" w16cid:durableId="1325470124">
    <w:abstractNumId w:val="1"/>
  </w:num>
  <w:num w:numId="9" w16cid:durableId="558171761">
    <w:abstractNumId w:val="0"/>
  </w:num>
  <w:num w:numId="10" w16cid:durableId="3702277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93004"/>
    <w:rsid w:val="00755B7C"/>
    <w:rsid w:val="00AA1D8D"/>
    <w:rsid w:val="00B47730"/>
    <w:rsid w:val="00C43F65"/>
    <w:rsid w:val="00CB0664"/>
    <w:rsid w:val="00F456A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2C6F43"/>
  <w14:defaultImageDpi w14:val="300"/>
  <w15:docId w15:val="{0409324A-3D86-2E46-AC9D-FAC34AC2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ASPASIA DANIA</cp:lastModifiedBy>
  <cp:revision>2</cp:revision>
  <dcterms:created xsi:type="dcterms:W3CDTF">2025-10-08T18:45:00Z</dcterms:created>
  <dcterms:modified xsi:type="dcterms:W3CDTF">2025-10-08T18:45:00Z</dcterms:modified>
  <cp:category/>
</cp:coreProperties>
</file>