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7344"/>
      </w:tblGrid>
      <w:tr>
        <w:tc>
          <w:tcPr>
            <w:tcW w:type="dxa" w:w="5184"/>
            <w:shd w:fill="0B4B32"/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32"/>
              </w:rPr>
              <w:t>AMBROSE</w:t>
              <w:br/>
              <w:t>FOUNDATION INC.</w:t>
            </w:r>
          </w:p>
        </w:tc>
        <w:tc>
          <w:tcPr>
            <w:tcW w:type="dxa" w:w="5184"/>
            <w:shd w:fill="F6F3EA"/>
          </w:tcPr>
          <w:p>
            <w:pPr>
              <w:jc w:val="center"/>
            </w:pPr>
            <w:r>
              <w:rPr>
                <w:rFonts w:ascii="Georgia" w:hAnsi="Georgia"/>
                <w:b/>
                <w:color w:val="0B4B32"/>
                <w:sz w:val="40"/>
              </w:rPr>
              <w:t>ANNUAL FUNDING APPLICATION</w:t>
            </w:r>
            <w:r>
              <w:rPr>
                <w:i/>
                <w:color w:val="C89424"/>
                <w:sz w:val="20"/>
              </w:rPr>
              <w:br/>
              <w:t>Investing in Organizations. Strengthening Communities.</w:t>
            </w:r>
          </w:p>
        </w:tc>
      </w:tr>
    </w:tbl>
    <w:p>
      <w:pPr>
        <w:jc w:val="center"/>
      </w:pPr>
      <w:r>
        <w:rPr>
          <w:color w:val="666666"/>
          <w:sz w:val="18"/>
        </w:rPr>
        <w:t>Please complete all applicable sections and submit by the published annual deadline.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1. ORGANIZATION INFORMATION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Legal Organization Name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Date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Street Address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City / State / ZIP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Website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Federal EIN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Executive Director / CEO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Title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Primary Contact for This Request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Title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Email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Phone</w:t>
              <w:br/>
            </w:r>
            <w:r>
              <w:br/>
            </w:r>
          </w:p>
        </w:tc>
      </w:tr>
    </w:tbl>
    <w:p>
      <w:pPr>
        <w:spacing w:after="40"/>
      </w:pPr>
      <w:r>
        <w:rPr>
          <w:b/>
          <w:color w:val="0B4B32"/>
        </w:rPr>
        <w:t>Year organization was established: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2. ABOUT YOUR ORGANIZATION</w:t>
      </w:r>
    </w:p>
    <w:p>
      <w:pPr>
        <w:spacing w:after="40"/>
      </w:pPr>
      <w:r>
        <w:rPr>
          <w:b/>
          <w:color w:val="0B4B32"/>
        </w:rPr>
        <w:t>Mission Statement</w:t>
      </w:r>
      <w:r>
        <w:rPr>
          <w:i/>
          <w:color w:val="666666"/>
          <w:sz w:val="18"/>
        </w:rPr>
        <w:t xml:space="preserve">  (150 words maximum)</w:t>
      </w:r>
    </w:p>
    <w:p>
      <w:r>
        <w:t>Briefly describe your organization’s mission.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Who Do You Serve?</w:t>
      </w:r>
      <w:r>
        <w:rPr>
          <w:i/>
          <w:color w:val="666666"/>
          <w:sz w:val="18"/>
        </w:rPr>
        <w:t xml:space="preserve">  (150 words maximum)</w:t>
      </w:r>
    </w:p>
    <w:p>
      <w:r>
        <w:t>Describe the youth, families, or community your organization serves.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Community Impact</w:t>
      </w:r>
      <w:r>
        <w:rPr>
          <w:i/>
          <w:color w:val="666666"/>
          <w:sz w:val="18"/>
        </w:rPr>
        <w:t xml:space="preserve">  (200 words maximum)</w:t>
      </w:r>
    </w:p>
    <w:p>
      <w:r>
        <w:t>Share one or two meaningful accomplishments from the past year that demonstrate your organization’s impact.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3. FUNDING REQUEST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Project / Program Name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Amount Requested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Total Project / Program Budget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Organization Annual Operating Budget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Estimated Number of Individuals Served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  <w:sz w:val="18"/>
              </w:rPr>
              <w:t>Proposed Grant Period</w:t>
              <w:br/>
            </w:r>
            <w:r>
              <w:br/>
            </w:r>
          </w:p>
        </w:tc>
      </w:tr>
    </w:tbl>
    <w:p>
      <w:pPr>
        <w:spacing w:after="40"/>
      </w:pPr>
      <w:r>
        <w:rPr>
          <w:b/>
          <w:color w:val="0B4B32"/>
        </w:rPr>
        <w:t>What are you asking Ambrose Foundation to support?</w:t>
      </w:r>
      <w:r>
        <w:rPr>
          <w:i/>
          <w:color w:val="666666"/>
          <w:sz w:val="18"/>
        </w:rPr>
        <w:t xml:space="preserve">  (250 words maximum)</w:t>
      </w:r>
    </w:p>
    <w:p>
      <w:r>
        <w:t>Describe the project/program and specifically how Ambrose Foundation funds would be used.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Who will benefit?</w:t>
      </w:r>
      <w:r>
        <w:rPr>
          <w:i/>
          <w:color w:val="666666"/>
          <w:sz w:val="18"/>
        </w:rPr>
        <w:t xml:space="preserve">  (150 words maximum)</w:t>
      </w:r>
    </w:p>
    <w:p>
      <w:r>
        <w:t>Describe the population served and the community need this project/program addresses.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4. ALIGNMENT WITH AMBROSE FOUNDATION</w:t>
      </w:r>
    </w:p>
    <w:p>
      <w:r>
        <w:t>Select all guiding principles that apply:</w:t>
      </w:r>
    </w:p>
    <w:p>
      <w:pPr>
        <w:ind w:left="360"/>
      </w:pPr>
      <w:r>
        <w:t>☐ Support Youth Development</w:t>
      </w:r>
    </w:p>
    <w:p>
      <w:pPr>
        <w:ind w:left="360"/>
      </w:pPr>
      <w:r>
        <w:t>☐ Demonstrate Love for Community</w:t>
      </w:r>
    </w:p>
    <w:p>
      <w:pPr>
        <w:ind w:left="360"/>
      </w:pPr>
      <w:r>
        <w:t>☐ Focus on Teamwork</w:t>
      </w:r>
    </w:p>
    <w:p>
      <w:pPr>
        <w:ind w:left="360"/>
      </w:pPr>
      <w:r>
        <w:t>☐ Promote Service and Volunteerism</w:t>
      </w:r>
    </w:p>
    <w:p>
      <w:pPr>
        <w:spacing w:after="40"/>
      </w:pPr>
      <w:r>
        <w:rPr>
          <w:b/>
          <w:color w:val="0B4B32"/>
        </w:rPr>
        <w:t>How does your program demonstrate the principles selected above?</w:t>
      </w:r>
      <w:r>
        <w:rPr>
          <w:i/>
          <w:color w:val="666666"/>
          <w:sz w:val="18"/>
        </w:rPr>
        <w:t xml:space="preserve">  (200 words maximum)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5. RESULTS &amp; IMPACT</w:t>
      </w:r>
    </w:p>
    <w:p>
      <w:r>
        <w:t>Identify up to three results you expect to achieve and explain how each will be measured.</w:t>
      </w:r>
    </w:p>
    <w:p>
      <w:pPr>
        <w:spacing w:after="40"/>
      </w:pPr>
      <w:r>
        <w:rPr>
          <w:b/>
          <w:color w:val="0B4B32"/>
        </w:rPr>
        <w:t>Goal 1: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How will this be measured?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Goal 2: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How will this be measured?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Goal 3: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40"/>
      </w:pPr>
      <w:r>
        <w:rPr>
          <w:b/>
          <w:color w:val="0B4B32"/>
        </w:rPr>
        <w:t>How will this be measured?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6. SUSTAINABILITY</w:t>
      </w:r>
    </w:p>
    <w:p>
      <w:pPr>
        <w:spacing w:after="40"/>
      </w:pPr>
      <w:r>
        <w:rPr>
          <w:b/>
          <w:color w:val="0B4B32"/>
        </w:rPr>
        <w:t>What happens after Ambrose Foundation funding ends?</w:t>
      </w:r>
      <w:r>
        <w:rPr>
          <w:i/>
          <w:color w:val="666666"/>
          <w:sz w:val="18"/>
        </w:rPr>
        <w:t xml:space="preserve">  (150 words maximum)</w:t>
      </w:r>
    </w:p>
    <w:p>
      <w:r>
        <w:t>Briefly describe other funding sources, fundraising plans, partnerships, or how the project/program will continue.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after="20"/>
      </w:pPr>
      <w:r>
        <w:rPr>
          <w:color w:val="B5B5B5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7. COMMUNITY PARTNERSHIP &amp; REPORTING</w:t>
      </w:r>
    </w:p>
    <w:p>
      <w:r>
        <w:t>If selected for funding, our organization agrees to:</w:t>
      </w:r>
    </w:p>
    <w:p>
      <w:pPr>
        <w:ind w:left="288"/>
      </w:pPr>
      <w:r>
        <w:t>☐ Recognize Ambrose Foundation Inc. as a community partner.</w:t>
      </w:r>
    </w:p>
    <w:p>
      <w:pPr>
        <w:ind w:left="288"/>
      </w:pPr>
      <w:r>
        <w:t>☐ Allow Ambrose Foundation to share our organization’s name, mission, and funded work.</w:t>
      </w:r>
    </w:p>
    <w:p>
      <w:pPr>
        <w:ind w:left="288"/>
      </w:pPr>
      <w:r>
        <w:t>☐ Participate in reasonable Foundation promotional or community activities when possible.</w:t>
      </w:r>
    </w:p>
    <w:p>
      <w:pPr>
        <w:ind w:left="288"/>
      </w:pPr>
      <w:r>
        <w:t>☐ Provide photographs or success stories related to the funded program when appropriate and with necessary permissions.</w:t>
      </w:r>
    </w:p>
    <w:p>
      <w:pPr>
        <w:ind w:left="288"/>
      </w:pPr>
      <w:r>
        <w:t>☐ Submit a brief written impact report within six months describing how awarded funds were used and the results achieved.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8. SUPPORTING INFORMATION</w:t>
      </w:r>
    </w:p>
    <w:p>
      <w:r>
        <w:t>Please provide or be prepared to provide the following, as requested during the review process:</w:t>
      </w:r>
    </w:p>
    <w:p>
      <w:pPr>
        <w:ind w:left="288"/>
      </w:pPr>
      <w:r>
        <w:t>☐ Documentation of current nonprofit / tax-exempt status</w:t>
      </w:r>
    </w:p>
    <w:p>
      <w:pPr>
        <w:ind w:left="288"/>
      </w:pPr>
      <w:r>
        <w:t>☐ Current project/program budget</w:t>
      </w:r>
    </w:p>
    <w:p>
      <w:pPr>
        <w:ind w:left="288"/>
      </w:pPr>
      <w:r>
        <w:t>☐ Organization operating budget or financial information</w:t>
      </w:r>
    </w:p>
    <w:p>
      <w:pPr>
        <w:ind w:left="288"/>
      </w:pPr>
      <w:r>
        <w:t>☐ Additional materials requested by the Selection Committee</w:t>
      </w:r>
    </w:p>
    <w:p>
      <w:pPr>
        <w:ind w:left="288"/>
      </w:pPr>
      <w:r>
        <w:t>☐ Participation in an interview and, when applicable, an onsite visit</w:t>
      </w:r>
    </w:p>
    <w:p>
      <w:pPr>
        <w:spacing w:before="200" w:after="100"/>
      </w:pPr>
      <w:r>
        <w:rPr>
          <w:rFonts w:ascii="Georgia" w:hAnsi="Georgia"/>
          <w:b/>
          <w:color w:val="0B4B32"/>
          <w:sz w:val="30"/>
        </w:rPr>
        <w:t>9. CERTIFICATION</w:t>
      </w:r>
    </w:p>
    <w:p>
      <w:r>
        <w:t>I certify that the information provided in this application is accurate and that I am authorized to submit this request on behalf of the organization.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</w:rPr>
              <w:t>Authorized Representative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</w:rPr>
              <w:t>Title</w:t>
              <w:br/>
            </w:r>
            <w:r>
              <w:br/>
            </w:r>
          </w:p>
        </w:tc>
      </w:tr>
      <w:tr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</w:rPr>
              <w:t>Signature</w:t>
              <w:br/>
            </w:r>
            <w:r>
              <w:br/>
            </w:r>
          </w:p>
        </w:tc>
        <w:tc>
          <w:tcPr>
            <w:tcW w:type="dxa" w:w="5184"/>
            <w:tcBorders>
              <w:top w:val="single" w:sz="4" w:color="D9D2C3"/>
              <w:left w:val="single" w:sz="4" w:color="D9D2C3"/>
              <w:bottom w:val="single" w:sz="4" w:color="D9D2C3"/>
              <w:right w:val="single" w:sz="4" w:color="D9D2C3"/>
            </w:tcBorders>
          </w:tcPr>
          <w:p>
            <w:r>
              <w:rPr>
                <w:b/>
                <w:color w:val="0B4B32"/>
              </w:rPr>
              <w:t>Date</w:t>
              <w:br/>
            </w:r>
            <w:r>
              <w:br/>
            </w:r>
          </w:p>
        </w:tc>
      </w:tr>
    </w:tbl>
    <w:p>
      <w:pPr>
        <w:jc w:val="center"/>
      </w:pPr>
      <w:r>
        <w:rPr>
          <w:b/>
          <w:color w:val="C89424"/>
          <w:sz w:val="18"/>
        </w:rPr>
        <w:t>AMBROSE FOUNDATION INC.  •  ANNUAL FUNDING APPLICATION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